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BAD0B" w14:textId="77777777" w:rsidR="005D0984" w:rsidRPr="000C2868" w:rsidRDefault="00000000">
      <w:pPr>
        <w:spacing w:after="20"/>
        <w:jc w:val="center"/>
        <w:rPr>
          <w:sz w:val="21"/>
          <w:szCs w:val="21"/>
          <w:lang w:val="ru-RU"/>
        </w:rPr>
      </w:pPr>
      <w:r w:rsidRPr="000C2868">
        <w:rPr>
          <w:b/>
          <w:sz w:val="21"/>
          <w:szCs w:val="21"/>
          <w:lang w:val="ru-RU"/>
        </w:rPr>
        <w:t>ЗАЯВЛЕНИЕ О ПРИСОЕДИНЕНИИ № ______</w:t>
      </w:r>
    </w:p>
    <w:p w14:paraId="4E9A59CF" w14:textId="77777777" w:rsidR="005D0984" w:rsidRDefault="00000000">
      <w:pPr>
        <w:spacing w:after="160"/>
        <w:jc w:val="center"/>
        <w:rPr>
          <w:b/>
          <w:sz w:val="21"/>
          <w:szCs w:val="21"/>
          <w:lang w:val="ru-RU"/>
        </w:rPr>
      </w:pPr>
      <w:r w:rsidRPr="000C2868">
        <w:rPr>
          <w:b/>
          <w:sz w:val="21"/>
          <w:szCs w:val="21"/>
          <w:lang w:val="ru-RU"/>
        </w:rPr>
        <w:t>к Общим условиям договора на проживание в Доме студентов «</w:t>
      </w:r>
      <w:r w:rsidRPr="000C2868">
        <w:rPr>
          <w:b/>
          <w:sz w:val="21"/>
          <w:szCs w:val="21"/>
        </w:rPr>
        <w:t>Dorm</w:t>
      </w:r>
      <w:r w:rsidRPr="000C2868">
        <w:rPr>
          <w:b/>
          <w:sz w:val="21"/>
          <w:szCs w:val="21"/>
          <w:lang w:val="ru-RU"/>
        </w:rPr>
        <w:t xml:space="preserve"> 32»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1D0D77" w14:paraId="26C49EC3" w14:textId="77777777" w:rsidTr="001D0D77">
        <w:tc>
          <w:tcPr>
            <w:tcW w:w="5097" w:type="dxa"/>
          </w:tcPr>
          <w:p w14:paraId="094AA351" w14:textId="16FB9469" w:rsidR="001D0D77" w:rsidRDefault="001D0D77" w:rsidP="001D0D77">
            <w:pPr>
              <w:spacing w:after="16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г. Алматы</w:t>
            </w:r>
          </w:p>
        </w:tc>
        <w:tc>
          <w:tcPr>
            <w:tcW w:w="5097" w:type="dxa"/>
          </w:tcPr>
          <w:p w14:paraId="0F681399" w14:textId="117D7E9D" w:rsidR="001D0D77" w:rsidRDefault="001D0D77" w:rsidP="001D0D77">
            <w:pPr>
              <w:spacing w:after="160"/>
              <w:jc w:val="right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«____» ______________ 20____ г.</w:t>
            </w:r>
          </w:p>
        </w:tc>
      </w:tr>
    </w:tbl>
    <w:p w14:paraId="0FD7AB7B" w14:textId="4CFF8055" w:rsidR="005D0984" w:rsidRPr="000C2868" w:rsidRDefault="00000000" w:rsidP="001D0D77">
      <w:pPr>
        <w:spacing w:after="160"/>
        <w:jc w:val="center"/>
        <w:rPr>
          <w:sz w:val="21"/>
          <w:szCs w:val="21"/>
          <w:lang w:val="ru-RU"/>
        </w:rPr>
      </w:pPr>
      <w:r w:rsidRPr="000C2868">
        <w:rPr>
          <w:b/>
          <w:sz w:val="21"/>
          <w:szCs w:val="21"/>
          <w:lang w:val="ru-RU"/>
        </w:rPr>
        <w:t>1. СВЕДЕНИЯ ОБ ОБУЧАЮЩЕМСЯ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6150"/>
      </w:tblGrid>
      <w:tr w:rsidR="005D0984" w:rsidRPr="000C2868" w14:paraId="6022C0E7" w14:textId="77777777" w:rsidTr="00E46280">
        <w:trPr>
          <w:jc w:val="center"/>
        </w:trPr>
        <w:tc>
          <w:tcPr>
            <w:tcW w:w="3828" w:type="dxa"/>
          </w:tcPr>
          <w:p w14:paraId="5FDA3A6A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proofErr w:type="spellStart"/>
            <w:r w:rsidRPr="000C2868">
              <w:rPr>
                <w:sz w:val="21"/>
                <w:szCs w:val="21"/>
              </w:rPr>
              <w:t>Фамилия</w:t>
            </w:r>
            <w:proofErr w:type="spellEnd"/>
            <w:r w:rsidRPr="000C2868">
              <w:rPr>
                <w:sz w:val="21"/>
                <w:szCs w:val="21"/>
              </w:rPr>
              <w:t xml:space="preserve">, </w:t>
            </w:r>
            <w:proofErr w:type="spellStart"/>
            <w:r w:rsidRPr="000C2868">
              <w:rPr>
                <w:sz w:val="21"/>
                <w:szCs w:val="21"/>
              </w:rPr>
              <w:t>имя</w:t>
            </w:r>
            <w:proofErr w:type="spellEnd"/>
            <w:r w:rsidRPr="000C2868">
              <w:rPr>
                <w:sz w:val="21"/>
                <w:szCs w:val="21"/>
              </w:rPr>
              <w:t xml:space="preserve">, </w:t>
            </w:r>
            <w:proofErr w:type="spellStart"/>
            <w:r w:rsidRPr="000C2868">
              <w:rPr>
                <w:sz w:val="21"/>
                <w:szCs w:val="21"/>
              </w:rPr>
              <w:t>отчество</w:t>
            </w:r>
            <w:proofErr w:type="spellEnd"/>
          </w:p>
        </w:tc>
        <w:tc>
          <w:tcPr>
            <w:tcW w:w="6150" w:type="dxa"/>
          </w:tcPr>
          <w:p w14:paraId="51FFDF34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212EDE62" w14:textId="77777777" w:rsidTr="00E46280">
        <w:trPr>
          <w:jc w:val="center"/>
        </w:trPr>
        <w:tc>
          <w:tcPr>
            <w:tcW w:w="3828" w:type="dxa"/>
          </w:tcPr>
          <w:p w14:paraId="304F5727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ИИН</w:t>
            </w:r>
          </w:p>
        </w:tc>
        <w:tc>
          <w:tcPr>
            <w:tcW w:w="6150" w:type="dxa"/>
          </w:tcPr>
          <w:p w14:paraId="6ECF48F5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6AE08D67" w14:textId="77777777" w:rsidTr="00E46280">
        <w:trPr>
          <w:jc w:val="center"/>
        </w:trPr>
        <w:tc>
          <w:tcPr>
            <w:tcW w:w="3828" w:type="dxa"/>
          </w:tcPr>
          <w:p w14:paraId="1E16275A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Дата рождения</w:t>
            </w:r>
          </w:p>
        </w:tc>
        <w:tc>
          <w:tcPr>
            <w:tcW w:w="6150" w:type="dxa"/>
          </w:tcPr>
          <w:p w14:paraId="52F061B0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6766A2B8" w14:textId="77777777" w:rsidTr="00E46280">
        <w:trPr>
          <w:jc w:val="center"/>
        </w:trPr>
        <w:tc>
          <w:tcPr>
            <w:tcW w:w="3828" w:type="dxa"/>
          </w:tcPr>
          <w:p w14:paraId="439D9AE9" w14:textId="77777777" w:rsidR="005D0984" w:rsidRPr="000C2868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Документ, удостоверяющий личность (вид, номер, кем и когда выдан)</w:t>
            </w:r>
          </w:p>
        </w:tc>
        <w:tc>
          <w:tcPr>
            <w:tcW w:w="6150" w:type="dxa"/>
          </w:tcPr>
          <w:p w14:paraId="104CA51A" w14:textId="77777777" w:rsidR="005D0984" w:rsidRPr="000C2868" w:rsidRDefault="005D0984">
            <w:pPr>
              <w:spacing w:before="20" w:after="20"/>
              <w:rPr>
                <w:sz w:val="21"/>
                <w:szCs w:val="21"/>
                <w:lang w:val="ru-RU"/>
              </w:rPr>
            </w:pPr>
          </w:p>
        </w:tc>
      </w:tr>
      <w:tr w:rsidR="005D0984" w:rsidRPr="000C2868" w14:paraId="781E0052" w14:textId="77777777" w:rsidTr="00E46280">
        <w:trPr>
          <w:jc w:val="center"/>
        </w:trPr>
        <w:tc>
          <w:tcPr>
            <w:tcW w:w="3828" w:type="dxa"/>
          </w:tcPr>
          <w:p w14:paraId="677D6999" w14:textId="43957543" w:rsidR="005D0984" w:rsidRPr="00E46280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proofErr w:type="spellStart"/>
            <w:r w:rsidRPr="000C2868">
              <w:rPr>
                <w:sz w:val="21"/>
                <w:szCs w:val="21"/>
              </w:rPr>
              <w:t>Адрес</w:t>
            </w:r>
            <w:proofErr w:type="spellEnd"/>
            <w:r w:rsidRPr="000C2868">
              <w:rPr>
                <w:sz w:val="21"/>
                <w:szCs w:val="21"/>
              </w:rPr>
              <w:t xml:space="preserve"> </w:t>
            </w:r>
            <w:proofErr w:type="spellStart"/>
            <w:r w:rsidRPr="000C2868">
              <w:rPr>
                <w:sz w:val="21"/>
                <w:szCs w:val="21"/>
              </w:rPr>
              <w:t>регистрации</w:t>
            </w:r>
            <w:proofErr w:type="spellEnd"/>
          </w:p>
        </w:tc>
        <w:tc>
          <w:tcPr>
            <w:tcW w:w="6150" w:type="dxa"/>
          </w:tcPr>
          <w:p w14:paraId="5148FCFB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705C7328" w14:textId="77777777" w:rsidTr="00E46280">
        <w:trPr>
          <w:jc w:val="center"/>
        </w:trPr>
        <w:tc>
          <w:tcPr>
            <w:tcW w:w="3828" w:type="dxa"/>
          </w:tcPr>
          <w:p w14:paraId="31FF5382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Телефон / электронная почта</w:t>
            </w:r>
          </w:p>
        </w:tc>
        <w:tc>
          <w:tcPr>
            <w:tcW w:w="6150" w:type="dxa"/>
          </w:tcPr>
          <w:p w14:paraId="2B3376AC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61ADBCE1" w14:textId="77777777" w:rsidTr="00E46280">
        <w:trPr>
          <w:jc w:val="center"/>
        </w:trPr>
        <w:tc>
          <w:tcPr>
            <w:tcW w:w="3828" w:type="dxa"/>
          </w:tcPr>
          <w:p w14:paraId="25BABB18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Организация образования, курс, группа</w:t>
            </w:r>
          </w:p>
        </w:tc>
        <w:tc>
          <w:tcPr>
            <w:tcW w:w="6150" w:type="dxa"/>
          </w:tcPr>
          <w:p w14:paraId="07A86169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</w:tbl>
    <w:p w14:paraId="6133E55E" w14:textId="77777777" w:rsidR="005D0984" w:rsidRPr="000C2868" w:rsidRDefault="00000000" w:rsidP="001D0D77">
      <w:pPr>
        <w:spacing w:before="100"/>
        <w:jc w:val="center"/>
        <w:rPr>
          <w:sz w:val="21"/>
          <w:szCs w:val="21"/>
        </w:rPr>
      </w:pPr>
      <w:r w:rsidRPr="000C2868">
        <w:rPr>
          <w:b/>
          <w:sz w:val="21"/>
          <w:szCs w:val="21"/>
        </w:rPr>
        <w:t>2. ИНДИВИДУАЛЬНЫЕ УСЛОВИЯ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3572"/>
        <w:gridCol w:w="1928"/>
        <w:gridCol w:w="2268"/>
      </w:tblGrid>
      <w:tr w:rsidR="005D0984" w:rsidRPr="000C2868" w14:paraId="093BF54B" w14:textId="77777777">
        <w:trPr>
          <w:jc w:val="center"/>
        </w:trPr>
        <w:tc>
          <w:tcPr>
            <w:tcW w:w="2211" w:type="dxa"/>
          </w:tcPr>
          <w:p w14:paraId="1EF33AFD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proofErr w:type="spellStart"/>
            <w:r w:rsidRPr="000C2868">
              <w:rPr>
                <w:sz w:val="21"/>
                <w:szCs w:val="21"/>
              </w:rPr>
              <w:t>Комната</w:t>
            </w:r>
            <w:proofErr w:type="spellEnd"/>
            <w:r w:rsidRPr="000C2868">
              <w:rPr>
                <w:sz w:val="21"/>
                <w:szCs w:val="21"/>
              </w:rPr>
              <w:t xml:space="preserve"> №</w:t>
            </w:r>
          </w:p>
        </w:tc>
        <w:tc>
          <w:tcPr>
            <w:tcW w:w="3572" w:type="dxa"/>
          </w:tcPr>
          <w:p w14:paraId="742ACEB4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  <w:tc>
          <w:tcPr>
            <w:tcW w:w="1928" w:type="dxa"/>
          </w:tcPr>
          <w:p w14:paraId="2948C495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Койко-место №</w:t>
            </w:r>
          </w:p>
        </w:tc>
        <w:tc>
          <w:tcPr>
            <w:tcW w:w="2268" w:type="dxa"/>
          </w:tcPr>
          <w:p w14:paraId="67AA3EE6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3EF8D12E" w14:textId="77777777">
        <w:trPr>
          <w:jc w:val="center"/>
        </w:trPr>
        <w:tc>
          <w:tcPr>
            <w:tcW w:w="2211" w:type="dxa"/>
          </w:tcPr>
          <w:p w14:paraId="5C3DFBC3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Срок проживания (нужное отметить)</w:t>
            </w:r>
          </w:p>
        </w:tc>
        <w:tc>
          <w:tcPr>
            <w:tcW w:w="3572" w:type="dxa"/>
          </w:tcPr>
          <w:p w14:paraId="56AF7884" w14:textId="77777777" w:rsidR="001D0D77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 xml:space="preserve">☐ осенний семестр  </w:t>
            </w:r>
          </w:p>
          <w:p w14:paraId="50F0468C" w14:textId="24AF45B5" w:rsidR="005D0984" w:rsidRPr="000C2868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☐ весенний семестр   ☐ учебный год</w:t>
            </w:r>
          </w:p>
        </w:tc>
        <w:tc>
          <w:tcPr>
            <w:tcW w:w="1928" w:type="dxa"/>
          </w:tcPr>
          <w:p w14:paraId="2CCF597A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с / по</w:t>
            </w:r>
          </w:p>
        </w:tc>
        <w:tc>
          <w:tcPr>
            <w:tcW w:w="2268" w:type="dxa"/>
          </w:tcPr>
          <w:p w14:paraId="29A87763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23A8FB75" w14:textId="77777777">
        <w:trPr>
          <w:jc w:val="center"/>
        </w:trPr>
        <w:tc>
          <w:tcPr>
            <w:tcW w:w="2211" w:type="dxa"/>
          </w:tcPr>
          <w:p w14:paraId="6A7D9EBC" w14:textId="77777777" w:rsidR="005D0984" w:rsidRPr="000C2868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Стоимость за указанный срок, тенге</w:t>
            </w:r>
          </w:p>
        </w:tc>
        <w:tc>
          <w:tcPr>
            <w:tcW w:w="3572" w:type="dxa"/>
          </w:tcPr>
          <w:p w14:paraId="703F8802" w14:textId="77777777" w:rsidR="005D0984" w:rsidRPr="000C2868" w:rsidRDefault="005D0984">
            <w:pPr>
              <w:spacing w:before="20" w:after="20"/>
              <w:rPr>
                <w:sz w:val="21"/>
                <w:szCs w:val="21"/>
                <w:lang w:val="ru-RU"/>
              </w:rPr>
            </w:pPr>
          </w:p>
        </w:tc>
        <w:tc>
          <w:tcPr>
            <w:tcW w:w="1928" w:type="dxa"/>
          </w:tcPr>
          <w:p w14:paraId="50519C47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Гарантийный взнос, тенге</w:t>
            </w:r>
          </w:p>
        </w:tc>
        <w:tc>
          <w:tcPr>
            <w:tcW w:w="2268" w:type="dxa"/>
          </w:tcPr>
          <w:p w14:paraId="65E52AD4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20 000</w:t>
            </w:r>
          </w:p>
        </w:tc>
      </w:tr>
      <w:tr w:rsidR="005D0984" w:rsidRPr="000C2868" w14:paraId="3B809B69" w14:textId="77777777">
        <w:trPr>
          <w:jc w:val="center"/>
        </w:trPr>
        <w:tc>
          <w:tcPr>
            <w:tcW w:w="2211" w:type="dxa"/>
          </w:tcPr>
          <w:p w14:paraId="24C37552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Срок внесения первого платежа</w:t>
            </w:r>
          </w:p>
        </w:tc>
        <w:tc>
          <w:tcPr>
            <w:tcW w:w="3572" w:type="dxa"/>
          </w:tcPr>
          <w:p w14:paraId="79789F01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в день подписания</w:t>
            </w:r>
          </w:p>
        </w:tc>
        <w:tc>
          <w:tcPr>
            <w:tcW w:w="1928" w:type="dxa"/>
          </w:tcPr>
          <w:p w14:paraId="2378EFDD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Срок внесения второго платежа</w:t>
            </w:r>
          </w:p>
        </w:tc>
        <w:tc>
          <w:tcPr>
            <w:tcW w:w="2268" w:type="dxa"/>
          </w:tcPr>
          <w:p w14:paraId="7196A68E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не позднее 25 января</w:t>
            </w:r>
          </w:p>
        </w:tc>
      </w:tr>
    </w:tbl>
    <w:p w14:paraId="4FD6CE81" w14:textId="77777777" w:rsidR="005D0984" w:rsidRPr="000C2868" w:rsidRDefault="00000000">
      <w:pPr>
        <w:spacing w:before="60"/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Стоимость определена в соответствии с пунктом 4.1 Общих условий. Итого к оплате при подписании (первый платёж и Гарантийный взнос): ____________________ тенге.</w:t>
      </w:r>
    </w:p>
    <w:p w14:paraId="7EBD1003" w14:textId="77777777" w:rsidR="005D0984" w:rsidRPr="000C2868" w:rsidRDefault="00000000" w:rsidP="001D0D77">
      <w:pPr>
        <w:spacing w:before="100"/>
        <w:jc w:val="center"/>
        <w:rPr>
          <w:sz w:val="21"/>
          <w:szCs w:val="21"/>
          <w:lang w:val="ru-RU"/>
        </w:rPr>
      </w:pPr>
      <w:r w:rsidRPr="000C2868">
        <w:rPr>
          <w:b/>
          <w:sz w:val="21"/>
          <w:szCs w:val="21"/>
          <w:lang w:val="ru-RU"/>
        </w:rPr>
        <w:t>3. ЗАЯВЛЕНИЕ И ПОДТВЕРЖДЕНИЯ ОБУЧАЮЩЕГОСЯ</w:t>
      </w:r>
    </w:p>
    <w:p w14:paraId="361C4B89" w14:textId="1459BE94" w:rsidR="005D0984" w:rsidRPr="000C2868" w:rsidRDefault="00000000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3.1. Прошу предоставить мне койко-место на условиях, указанных в разделе 2 настоящего Заявления, и присоединяюсь к Общим условиям договора на проживание в Доме студентов «</w:t>
      </w:r>
      <w:r w:rsidRPr="000C2868">
        <w:rPr>
          <w:sz w:val="21"/>
          <w:szCs w:val="21"/>
        </w:rPr>
        <w:t>Dorm</w:t>
      </w:r>
      <w:r w:rsidRPr="000C2868">
        <w:rPr>
          <w:sz w:val="21"/>
          <w:szCs w:val="21"/>
          <w:lang w:val="ru-RU"/>
        </w:rPr>
        <w:t xml:space="preserve"> 32» в редакции № </w:t>
      </w:r>
      <w:r w:rsidR="00C26168">
        <w:rPr>
          <w:sz w:val="21"/>
          <w:szCs w:val="21"/>
          <w:lang w:val="ru-RU"/>
        </w:rPr>
        <w:t>1</w:t>
      </w:r>
      <w:r w:rsidRPr="000C2868">
        <w:rPr>
          <w:sz w:val="21"/>
          <w:szCs w:val="21"/>
          <w:lang w:val="ru-RU"/>
        </w:rPr>
        <w:t xml:space="preserve"> от «</w:t>
      </w:r>
      <w:r w:rsidR="00C26168">
        <w:rPr>
          <w:sz w:val="21"/>
          <w:szCs w:val="21"/>
          <w:lang w:val="ru-RU"/>
        </w:rPr>
        <w:t>1</w:t>
      </w:r>
      <w:r w:rsidRPr="000C2868">
        <w:rPr>
          <w:sz w:val="21"/>
          <w:szCs w:val="21"/>
          <w:lang w:val="ru-RU"/>
        </w:rPr>
        <w:t xml:space="preserve">» </w:t>
      </w:r>
      <w:r w:rsidR="00C26168">
        <w:rPr>
          <w:sz w:val="21"/>
          <w:szCs w:val="21"/>
          <w:lang w:val="ru-RU"/>
        </w:rPr>
        <w:t>августа</w:t>
      </w:r>
      <w:r w:rsidRPr="000C2868">
        <w:rPr>
          <w:sz w:val="21"/>
          <w:szCs w:val="21"/>
          <w:lang w:val="ru-RU"/>
        </w:rPr>
        <w:t xml:space="preserve"> 20</w:t>
      </w:r>
      <w:r w:rsidR="00C26168">
        <w:rPr>
          <w:sz w:val="21"/>
          <w:szCs w:val="21"/>
          <w:lang w:val="ru-RU"/>
        </w:rPr>
        <w:t>26</w:t>
      </w:r>
      <w:r w:rsidRPr="000C2868">
        <w:rPr>
          <w:sz w:val="21"/>
          <w:szCs w:val="21"/>
          <w:lang w:val="ru-RU"/>
        </w:rPr>
        <w:t xml:space="preserve"> г. в целом, без каких-либо оговорок и изъятий.</w:t>
      </w:r>
    </w:p>
    <w:p w14:paraId="768A97C4" w14:textId="77777777" w:rsidR="005D0984" w:rsidRPr="000C2868" w:rsidRDefault="00000000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3.2. Подтверждаю, что до подписания настоящего Заявления мне предоставлены для ознакомления Общие условия указанной редакции, Правила проживания и внутреннего распорядка Дома студентов и прейскурант платных услуг Исполнителя; их содержание мне разъяснено и понятно, экземпляр Общих условий и Правил мною получен.</w:t>
      </w:r>
    </w:p>
    <w:p w14:paraId="3DED219B" w14:textId="77777777" w:rsidR="005D0984" w:rsidRPr="000C2868" w:rsidRDefault="00000000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3.3. Подтверждаю, что уведомлён и согласен с тем, что стоимость проживания установлена за семестр в целом, является неделимой, не зависит от количества фактически прожитых мною дней и месяцев, от периодов моего временного отсутствия и от даты фактического выезда, и перерасчёту и возврату не подлежит, за исключением случаев, прямо предусмотренных пунктом 4.9 Общих условий.</w:t>
      </w:r>
    </w:p>
    <w:p w14:paraId="4D2F0442" w14:textId="77777777" w:rsidR="005D0984" w:rsidRPr="000C2868" w:rsidRDefault="00000000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3.4. Подтверждаю, что уведомлён о том, что постельные принадлежности (подушка, одеяло) и постельное бельё Исполнителем не предоставляются и обеспечиваются мною самостоятельно за свой счёт.</w:t>
      </w:r>
    </w:p>
    <w:p w14:paraId="1FC346B9" w14:textId="77777777" w:rsidR="005D0984" w:rsidRPr="000C2868" w:rsidRDefault="00000000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3.5. Подтверждаю, что уведомлён о размере и порядке начисления пени и штрафов, предусмотренных пунктами 5.1 и 5.8 Общих условий, и об основаниях одностороннего отказа Исполнителя от исполнения Договора, предусмотренных пунктом 6.4 Общих условий.</w:t>
      </w:r>
    </w:p>
    <w:p w14:paraId="217CEC85" w14:textId="77777777" w:rsidR="005D0984" w:rsidRPr="000C2868" w:rsidRDefault="00000000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3.6. Даю согласие на сбор, обработку, хранение и использование моих персональных данных в объёме, целях и в течение срока, которые указаны в пункте 7.4 Общих условий. Уведомлён о ведении видеонаблюдения в местах общего пользования и на прилегающей территории Дома студентов.</w:t>
      </w:r>
    </w:p>
    <w:p w14:paraId="508A5E77" w14:textId="77777777" w:rsidR="005D0984" w:rsidRPr="000C2868" w:rsidRDefault="00000000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3.7. Обязуюсь соблюдать Общие условия и Правила и нести ответственность за их нарушение.</w:t>
      </w:r>
    </w:p>
    <w:p w14:paraId="4213F1FD" w14:textId="77777777" w:rsidR="000C2868" w:rsidRPr="000C2868" w:rsidRDefault="000C2868" w:rsidP="000C2868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3.8. Поручаю Исполнителю в случае, если я не вывезу принадлежащие мне личные вещи в день прекращения Договора, переместить их из жилого помещения в порядке пункта 6.8 Общих условий, а также утилизировать вещи, указанные в пункте 6.8.1 Общих условий, в день перемещения.</w:t>
      </w:r>
    </w:p>
    <w:p w14:paraId="12375A1E" w14:textId="77777777" w:rsidR="000C2868" w:rsidRPr="000C2868" w:rsidRDefault="000C2868" w:rsidP="000C2868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Если я не получу перемещённые вещи в течение 30 (тридцати) календарных дней с даты направления мне уведомления по адресу и (или) адресу электронной почты, указанным мною в разделе 1 настоящего Заявления, поручаю Исполнителю распорядиться такими вещами по своему усмотрению, включая их безвозмездную передачу третьим лицам либо утилизацию, и отношу связанные с этим расходы на свой счёт. Настоящее поручение дано мною добровольно, его содержание и последствия мне разъяснены и понятны.</w:t>
      </w:r>
    </w:p>
    <w:p w14:paraId="7088F741" w14:textId="77777777" w:rsidR="000C2868" w:rsidRPr="000C2868" w:rsidRDefault="000C2868" w:rsidP="000C2868">
      <w:pPr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Подпись Обучающегося по пункту 3.8: ______________________</w:t>
      </w:r>
    </w:p>
    <w:p w14:paraId="32ADA437" w14:textId="77777777" w:rsidR="000C2868" w:rsidRDefault="000C2868">
      <w:pPr>
        <w:jc w:val="both"/>
        <w:rPr>
          <w:sz w:val="21"/>
          <w:szCs w:val="21"/>
          <w:lang w:val="ru-RU"/>
        </w:rPr>
      </w:pPr>
    </w:p>
    <w:p w14:paraId="5A900D41" w14:textId="77777777" w:rsidR="008E248A" w:rsidRDefault="008E248A">
      <w:pPr>
        <w:jc w:val="both"/>
        <w:rPr>
          <w:sz w:val="21"/>
          <w:szCs w:val="21"/>
          <w:lang w:val="ru-RU"/>
        </w:rPr>
      </w:pPr>
    </w:p>
    <w:p w14:paraId="78D7111D" w14:textId="77777777" w:rsidR="008E248A" w:rsidRDefault="008E248A">
      <w:pPr>
        <w:jc w:val="both"/>
        <w:rPr>
          <w:sz w:val="21"/>
          <w:szCs w:val="21"/>
          <w:lang w:val="ru-RU"/>
        </w:rPr>
      </w:pPr>
    </w:p>
    <w:p w14:paraId="5A3D3D6D" w14:textId="77777777" w:rsidR="008E248A" w:rsidRPr="000C2868" w:rsidRDefault="008E248A">
      <w:pPr>
        <w:jc w:val="both"/>
        <w:rPr>
          <w:sz w:val="21"/>
          <w:szCs w:val="21"/>
          <w:lang w:val="ru-RU"/>
        </w:rPr>
      </w:pPr>
    </w:p>
    <w:p w14:paraId="6756E540" w14:textId="77777777" w:rsidR="005D0984" w:rsidRPr="000C2868" w:rsidRDefault="00000000" w:rsidP="008E248A">
      <w:pPr>
        <w:spacing w:before="100"/>
        <w:jc w:val="center"/>
        <w:rPr>
          <w:sz w:val="21"/>
          <w:szCs w:val="21"/>
          <w:lang w:val="ru-RU"/>
        </w:rPr>
      </w:pPr>
      <w:r w:rsidRPr="000C2868">
        <w:rPr>
          <w:b/>
          <w:sz w:val="21"/>
          <w:szCs w:val="21"/>
          <w:lang w:val="ru-RU"/>
        </w:rPr>
        <w:lastRenderedPageBreak/>
        <w:t>4. СОЛИДАРНЫЙ ДОЛЖНИК (родитель, законный представитель, поручитель)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439"/>
        <w:gridCol w:w="1134"/>
        <w:gridCol w:w="4024"/>
      </w:tblGrid>
      <w:tr w:rsidR="005D0984" w:rsidRPr="000C2868" w14:paraId="47BCE289" w14:textId="77777777" w:rsidTr="008E248A">
        <w:trPr>
          <w:jc w:val="center"/>
        </w:trPr>
        <w:tc>
          <w:tcPr>
            <w:tcW w:w="2381" w:type="dxa"/>
          </w:tcPr>
          <w:p w14:paraId="0BA5C948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proofErr w:type="spellStart"/>
            <w:r w:rsidRPr="000C2868">
              <w:rPr>
                <w:sz w:val="21"/>
                <w:szCs w:val="21"/>
              </w:rPr>
              <w:t>Фамилия</w:t>
            </w:r>
            <w:proofErr w:type="spellEnd"/>
            <w:r w:rsidRPr="000C2868">
              <w:rPr>
                <w:sz w:val="21"/>
                <w:szCs w:val="21"/>
              </w:rPr>
              <w:t xml:space="preserve">, </w:t>
            </w:r>
            <w:proofErr w:type="spellStart"/>
            <w:r w:rsidRPr="000C2868">
              <w:rPr>
                <w:sz w:val="21"/>
                <w:szCs w:val="21"/>
              </w:rPr>
              <w:t>имя</w:t>
            </w:r>
            <w:proofErr w:type="spellEnd"/>
            <w:r w:rsidRPr="000C2868">
              <w:rPr>
                <w:sz w:val="21"/>
                <w:szCs w:val="21"/>
              </w:rPr>
              <w:t xml:space="preserve">, </w:t>
            </w:r>
            <w:proofErr w:type="spellStart"/>
            <w:r w:rsidRPr="000C2868">
              <w:rPr>
                <w:sz w:val="21"/>
                <w:szCs w:val="21"/>
              </w:rPr>
              <w:t>отчество</w:t>
            </w:r>
            <w:proofErr w:type="spellEnd"/>
          </w:p>
        </w:tc>
        <w:tc>
          <w:tcPr>
            <w:tcW w:w="2439" w:type="dxa"/>
          </w:tcPr>
          <w:p w14:paraId="72277A63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8F20BF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ИИН</w:t>
            </w:r>
          </w:p>
        </w:tc>
        <w:tc>
          <w:tcPr>
            <w:tcW w:w="4024" w:type="dxa"/>
          </w:tcPr>
          <w:p w14:paraId="60E83818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67EA2174" w14:textId="77777777" w:rsidTr="008E248A">
        <w:trPr>
          <w:jc w:val="center"/>
        </w:trPr>
        <w:tc>
          <w:tcPr>
            <w:tcW w:w="2381" w:type="dxa"/>
          </w:tcPr>
          <w:p w14:paraId="344B783D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Документ, удостоверяющий личность</w:t>
            </w:r>
          </w:p>
        </w:tc>
        <w:tc>
          <w:tcPr>
            <w:tcW w:w="2439" w:type="dxa"/>
          </w:tcPr>
          <w:p w14:paraId="4E50872A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25E2948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Телефон</w:t>
            </w:r>
          </w:p>
        </w:tc>
        <w:tc>
          <w:tcPr>
            <w:tcW w:w="4024" w:type="dxa"/>
          </w:tcPr>
          <w:p w14:paraId="71626C85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  <w:tr w:rsidR="005D0984" w:rsidRPr="000C2868" w14:paraId="74F27C1A" w14:textId="77777777" w:rsidTr="008E248A">
        <w:trPr>
          <w:jc w:val="center"/>
        </w:trPr>
        <w:tc>
          <w:tcPr>
            <w:tcW w:w="2381" w:type="dxa"/>
          </w:tcPr>
          <w:p w14:paraId="1C1248B8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Адрес регистрации</w:t>
            </w:r>
          </w:p>
        </w:tc>
        <w:tc>
          <w:tcPr>
            <w:tcW w:w="2439" w:type="dxa"/>
          </w:tcPr>
          <w:p w14:paraId="047C6BB3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43C75FD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Эл. почта</w:t>
            </w:r>
          </w:p>
        </w:tc>
        <w:tc>
          <w:tcPr>
            <w:tcW w:w="4024" w:type="dxa"/>
          </w:tcPr>
          <w:p w14:paraId="0E873B16" w14:textId="77777777" w:rsidR="005D0984" w:rsidRPr="000C2868" w:rsidRDefault="005D0984">
            <w:pPr>
              <w:spacing w:before="20" w:after="20"/>
              <w:rPr>
                <w:sz w:val="21"/>
                <w:szCs w:val="21"/>
              </w:rPr>
            </w:pPr>
          </w:p>
        </w:tc>
      </w:tr>
    </w:tbl>
    <w:p w14:paraId="158FEBBB" w14:textId="77777777" w:rsidR="005D0984" w:rsidRPr="008E248A" w:rsidRDefault="00000000">
      <w:pPr>
        <w:spacing w:before="60"/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 xml:space="preserve">4.1. Подтверждаю согласие на присоединение Обучающегося к Договору и в соответствии с пунктом 7.2 Общих условий принимаю на себя солидарную с Обучающимся обязанность по внесению платы за проживание и Гарантийного взноса, уплате пени и штрафов и возмещению причинённого вреда до полного исполнения денежных обязательств по Договору. </w:t>
      </w:r>
      <w:r w:rsidRPr="008E248A">
        <w:rPr>
          <w:sz w:val="21"/>
          <w:szCs w:val="21"/>
          <w:lang w:val="ru-RU"/>
        </w:rPr>
        <w:t>С Общими условиями и Правилами ознакомлен.</w:t>
      </w:r>
    </w:p>
    <w:p w14:paraId="4D532931" w14:textId="77777777" w:rsidR="005D0984" w:rsidRPr="000C2868" w:rsidRDefault="00000000" w:rsidP="008E248A">
      <w:pPr>
        <w:spacing w:before="100"/>
        <w:jc w:val="center"/>
        <w:rPr>
          <w:sz w:val="21"/>
          <w:szCs w:val="21"/>
        </w:rPr>
      </w:pPr>
      <w:r w:rsidRPr="000C2868">
        <w:rPr>
          <w:b/>
          <w:sz w:val="21"/>
          <w:szCs w:val="21"/>
        </w:rPr>
        <w:t>5. ПОДПИСИ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3175"/>
        <w:gridCol w:w="1587"/>
        <w:gridCol w:w="3519"/>
      </w:tblGrid>
      <w:tr w:rsidR="005D0984" w:rsidRPr="000C2868" w14:paraId="130F3542" w14:textId="77777777" w:rsidTr="008E248A">
        <w:trPr>
          <w:jc w:val="center"/>
        </w:trPr>
        <w:tc>
          <w:tcPr>
            <w:tcW w:w="1757" w:type="dxa"/>
          </w:tcPr>
          <w:p w14:paraId="0A6028DA" w14:textId="5BD85D7B" w:rsidR="005D0984" w:rsidRPr="008E248A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proofErr w:type="spellStart"/>
            <w:r w:rsidRPr="000C2868">
              <w:rPr>
                <w:sz w:val="21"/>
                <w:szCs w:val="21"/>
              </w:rPr>
              <w:t>Обучающийс</w:t>
            </w:r>
            <w:proofErr w:type="spellEnd"/>
            <w:r w:rsidR="008E248A">
              <w:rPr>
                <w:sz w:val="21"/>
                <w:szCs w:val="21"/>
                <w:lang w:val="ru-RU"/>
              </w:rPr>
              <w:t>я</w:t>
            </w:r>
          </w:p>
        </w:tc>
        <w:tc>
          <w:tcPr>
            <w:tcW w:w="3175" w:type="dxa"/>
          </w:tcPr>
          <w:p w14:paraId="260BE3D3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______________________ / ______________________</w:t>
            </w:r>
          </w:p>
        </w:tc>
        <w:tc>
          <w:tcPr>
            <w:tcW w:w="1587" w:type="dxa"/>
          </w:tcPr>
          <w:p w14:paraId="312FEB12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Солидарный должник</w:t>
            </w:r>
          </w:p>
        </w:tc>
        <w:tc>
          <w:tcPr>
            <w:tcW w:w="3519" w:type="dxa"/>
          </w:tcPr>
          <w:p w14:paraId="1659EE14" w14:textId="77777777" w:rsidR="005D0984" w:rsidRPr="000C2868" w:rsidRDefault="00000000">
            <w:pPr>
              <w:spacing w:before="20" w:after="20"/>
              <w:rPr>
                <w:sz w:val="21"/>
                <w:szCs w:val="21"/>
              </w:rPr>
            </w:pPr>
            <w:r w:rsidRPr="000C2868">
              <w:rPr>
                <w:sz w:val="21"/>
                <w:szCs w:val="21"/>
              </w:rPr>
              <w:t>______________________ / ______________________</w:t>
            </w:r>
          </w:p>
        </w:tc>
      </w:tr>
    </w:tbl>
    <w:p w14:paraId="497ADD19" w14:textId="77777777" w:rsidR="005D0984" w:rsidRPr="000C2868" w:rsidRDefault="00000000">
      <w:pPr>
        <w:spacing w:before="100"/>
        <w:jc w:val="both"/>
        <w:rPr>
          <w:sz w:val="21"/>
          <w:szCs w:val="21"/>
          <w:lang w:val="ru-RU"/>
        </w:rPr>
      </w:pPr>
      <w:r w:rsidRPr="000C2868">
        <w:rPr>
          <w:sz w:val="21"/>
          <w:szCs w:val="21"/>
          <w:lang w:val="ru-RU"/>
        </w:rPr>
        <w:t>Заявление принято. Договор считается заключённым с даты, указанной ниже (пункт 1.11 Общих условий).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92"/>
        <w:gridCol w:w="5046"/>
      </w:tblGrid>
      <w:tr w:rsidR="005D0984" w:rsidRPr="003C1011" w14:paraId="62C5826F" w14:textId="77777777" w:rsidTr="008E248A">
        <w:trPr>
          <w:jc w:val="center"/>
        </w:trPr>
        <w:tc>
          <w:tcPr>
            <w:tcW w:w="4992" w:type="dxa"/>
          </w:tcPr>
          <w:p w14:paraId="0D35A82B" w14:textId="77777777" w:rsidR="003C1011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Исполнитель — ТОО «</w:t>
            </w:r>
            <w:proofErr w:type="spellStart"/>
            <w:r w:rsidRPr="000C2868">
              <w:rPr>
                <w:sz w:val="21"/>
                <w:szCs w:val="21"/>
                <w:lang w:val="ru-RU"/>
              </w:rPr>
              <w:t>Маер</w:t>
            </w:r>
            <w:proofErr w:type="spellEnd"/>
            <w:r w:rsidRPr="000C2868">
              <w:rPr>
                <w:sz w:val="21"/>
                <w:szCs w:val="21"/>
                <w:lang w:val="ru-RU"/>
              </w:rPr>
              <w:t xml:space="preserve"> Трейд», </w:t>
            </w:r>
          </w:p>
          <w:p w14:paraId="0980E3CC" w14:textId="1F013AB3" w:rsidR="005D0984" w:rsidRPr="008E248A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 xml:space="preserve">БИН 200240031444.  </w:t>
            </w:r>
            <w:r w:rsidRPr="008E248A">
              <w:rPr>
                <w:sz w:val="21"/>
                <w:szCs w:val="21"/>
                <w:lang w:val="ru-RU"/>
              </w:rPr>
              <w:t>Уполномоченное лицо: ____________ / ____________   М.П.</w:t>
            </w:r>
          </w:p>
        </w:tc>
        <w:tc>
          <w:tcPr>
            <w:tcW w:w="5046" w:type="dxa"/>
          </w:tcPr>
          <w:p w14:paraId="30AFC92D" w14:textId="0ED8B78C" w:rsidR="005D0984" w:rsidRPr="003C1011" w:rsidRDefault="00000000">
            <w:pPr>
              <w:spacing w:before="20" w:after="2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Дата заключения Договора:</w:t>
            </w:r>
            <w:r w:rsidRPr="000C2868">
              <w:rPr>
                <w:sz w:val="21"/>
                <w:szCs w:val="21"/>
                <w:lang w:val="ru-RU"/>
              </w:rPr>
              <w:br/>
            </w:r>
            <w:r w:rsidRPr="00593A97">
              <w:rPr>
                <w:sz w:val="21"/>
                <w:szCs w:val="21"/>
                <w:u w:val="single"/>
                <w:lang w:val="ru-RU"/>
              </w:rPr>
              <w:t>«</w:t>
            </w:r>
            <w:r w:rsidR="00593A97" w:rsidRPr="00593A97">
              <w:rPr>
                <w:sz w:val="21"/>
                <w:szCs w:val="21"/>
                <w:u w:val="single"/>
                <w:lang w:val="ru-RU"/>
              </w:rPr>
              <w:t xml:space="preserve">         </w:t>
            </w:r>
            <w:r w:rsidRPr="00593A97">
              <w:rPr>
                <w:sz w:val="21"/>
                <w:szCs w:val="21"/>
                <w:u w:val="single"/>
                <w:lang w:val="ru-RU"/>
              </w:rPr>
              <w:t xml:space="preserve">» </w:t>
            </w:r>
            <w:r w:rsidR="00593A97" w:rsidRPr="00593A97">
              <w:rPr>
                <w:sz w:val="21"/>
                <w:szCs w:val="21"/>
                <w:u w:val="single"/>
                <w:lang w:val="ru-RU"/>
              </w:rPr>
              <w:t xml:space="preserve">                                           </w:t>
            </w:r>
            <w:r w:rsidRPr="00593A97">
              <w:rPr>
                <w:sz w:val="21"/>
                <w:szCs w:val="21"/>
                <w:u w:val="single"/>
                <w:lang w:val="ru-RU"/>
              </w:rPr>
              <w:t>_________20</w:t>
            </w:r>
            <w:r w:rsidR="00593A97">
              <w:rPr>
                <w:sz w:val="21"/>
                <w:szCs w:val="21"/>
                <w:u w:val="single"/>
                <w:lang w:val="ru-RU"/>
              </w:rPr>
              <w:t>26</w:t>
            </w:r>
            <w:r w:rsidRPr="00593A97">
              <w:rPr>
                <w:sz w:val="21"/>
                <w:szCs w:val="21"/>
                <w:u w:val="single"/>
                <w:lang w:val="ru-RU"/>
              </w:rPr>
              <w:t xml:space="preserve"> г.</w:t>
            </w:r>
            <w:r w:rsidRPr="00593A97">
              <w:rPr>
                <w:sz w:val="21"/>
                <w:szCs w:val="21"/>
                <w:u w:val="single"/>
                <w:lang w:val="ru-RU"/>
              </w:rPr>
              <w:br/>
            </w:r>
            <w:r w:rsidRPr="000C2868">
              <w:rPr>
                <w:sz w:val="21"/>
                <w:szCs w:val="21"/>
                <w:lang w:val="ru-RU"/>
              </w:rPr>
              <w:t xml:space="preserve">Акты (Прил. </w:t>
            </w:r>
            <w:r w:rsidRPr="003C1011">
              <w:rPr>
                <w:sz w:val="21"/>
                <w:szCs w:val="21"/>
                <w:lang w:val="ru-RU"/>
              </w:rPr>
              <w:t>№ 3, № 4) оформляются отдельно.</w:t>
            </w:r>
          </w:p>
        </w:tc>
      </w:tr>
    </w:tbl>
    <w:p w14:paraId="0644B209" w14:textId="27F08412" w:rsidR="00984062" w:rsidRDefault="00984062" w:rsidP="002936A7">
      <w:pPr>
        <w:rPr>
          <w:sz w:val="21"/>
          <w:szCs w:val="21"/>
          <w:lang w:val="ru-RU"/>
        </w:rPr>
      </w:pPr>
    </w:p>
    <w:p w14:paraId="51075FA2" w14:textId="77777777" w:rsidR="00984062" w:rsidRDefault="00984062">
      <w:pPr>
        <w:spacing w:after="200" w:line="276" w:lineRule="auto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br w:type="page"/>
      </w:r>
    </w:p>
    <w:p w14:paraId="22ECB36D" w14:textId="77777777" w:rsidR="00984062" w:rsidRPr="00984062" w:rsidRDefault="00984062" w:rsidP="00984062">
      <w:pPr>
        <w:spacing w:after="20"/>
        <w:jc w:val="right"/>
        <w:rPr>
          <w:lang w:val="ru-RU"/>
        </w:rPr>
      </w:pPr>
      <w:r w:rsidRPr="00984062">
        <w:rPr>
          <w:rFonts w:cs="Times New Roman"/>
          <w:szCs w:val="19"/>
          <w:lang w:val="ru-RU"/>
        </w:rPr>
        <w:lastRenderedPageBreak/>
        <w:t>Приложение № 3</w:t>
      </w:r>
    </w:p>
    <w:p w14:paraId="6DAC33D0" w14:textId="77777777" w:rsidR="00984062" w:rsidRPr="00984062" w:rsidRDefault="00984062" w:rsidP="00984062">
      <w:pPr>
        <w:spacing w:after="20"/>
        <w:jc w:val="right"/>
        <w:rPr>
          <w:lang w:val="ru-RU"/>
        </w:rPr>
      </w:pPr>
      <w:r w:rsidRPr="00984062">
        <w:rPr>
          <w:rFonts w:cs="Times New Roman"/>
          <w:szCs w:val="19"/>
          <w:lang w:val="ru-RU"/>
        </w:rPr>
        <w:t>к Общим условиям договора на проживание</w:t>
      </w:r>
    </w:p>
    <w:p w14:paraId="024C9CE4" w14:textId="77777777" w:rsidR="00984062" w:rsidRPr="00984062" w:rsidRDefault="00984062" w:rsidP="00984062">
      <w:pPr>
        <w:spacing w:after="20"/>
        <w:jc w:val="right"/>
        <w:rPr>
          <w:lang w:val="ru-RU"/>
        </w:rPr>
      </w:pPr>
      <w:r w:rsidRPr="00984062">
        <w:rPr>
          <w:rFonts w:cs="Times New Roman"/>
          <w:szCs w:val="19"/>
          <w:lang w:val="ru-RU"/>
        </w:rPr>
        <w:t>в Доме студентов «</w:t>
      </w:r>
      <w:r>
        <w:rPr>
          <w:rFonts w:cs="Times New Roman"/>
          <w:szCs w:val="19"/>
        </w:rPr>
        <w:t>Dorm</w:t>
      </w:r>
      <w:r w:rsidRPr="00984062">
        <w:rPr>
          <w:rFonts w:cs="Times New Roman"/>
          <w:szCs w:val="19"/>
          <w:lang w:val="ru-RU"/>
        </w:rPr>
        <w:t xml:space="preserve"> 32»</w:t>
      </w:r>
    </w:p>
    <w:p w14:paraId="502B80B6" w14:textId="77777777" w:rsidR="00984062" w:rsidRDefault="00984062" w:rsidP="00984062">
      <w:pPr>
        <w:keepNext/>
        <w:spacing w:after="120"/>
        <w:jc w:val="center"/>
        <w:rPr>
          <w:rFonts w:cs="Times New Roman"/>
          <w:b/>
          <w:bCs/>
          <w:sz w:val="21"/>
          <w:szCs w:val="21"/>
          <w:lang w:val="ru-RU"/>
        </w:rPr>
      </w:pPr>
      <w:r w:rsidRPr="00984062">
        <w:rPr>
          <w:rFonts w:cs="Times New Roman"/>
          <w:b/>
          <w:bCs/>
          <w:sz w:val="21"/>
          <w:szCs w:val="21"/>
          <w:lang w:val="ru-RU"/>
        </w:rPr>
        <w:t>АКТ ПРИЁМА-ПЕРЕДАЧИ МАТЕРИАЛЬНЫХ ЦЕННОСТЕЙ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984062" w14:paraId="28F38C58" w14:textId="77777777" w:rsidTr="00C65088">
        <w:tc>
          <w:tcPr>
            <w:tcW w:w="5097" w:type="dxa"/>
          </w:tcPr>
          <w:p w14:paraId="76AFBF96" w14:textId="77777777" w:rsidR="00984062" w:rsidRDefault="00984062" w:rsidP="00C65088">
            <w:pPr>
              <w:spacing w:after="160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г. Алматы</w:t>
            </w:r>
          </w:p>
        </w:tc>
        <w:tc>
          <w:tcPr>
            <w:tcW w:w="5097" w:type="dxa"/>
          </w:tcPr>
          <w:p w14:paraId="4F55C857" w14:textId="77777777" w:rsidR="00984062" w:rsidRDefault="00984062" w:rsidP="00C65088">
            <w:pPr>
              <w:spacing w:after="160"/>
              <w:jc w:val="right"/>
              <w:rPr>
                <w:sz w:val="21"/>
                <w:szCs w:val="21"/>
                <w:lang w:val="ru-RU"/>
              </w:rPr>
            </w:pPr>
            <w:r w:rsidRPr="000C2868">
              <w:rPr>
                <w:sz w:val="21"/>
                <w:szCs w:val="21"/>
                <w:lang w:val="ru-RU"/>
              </w:rPr>
              <w:t>«____» ______________ 20____ г.</w:t>
            </w:r>
          </w:p>
        </w:tc>
      </w:tr>
    </w:tbl>
    <w:p w14:paraId="001CDF1E" w14:textId="77777777" w:rsidR="00984062" w:rsidRPr="00984062" w:rsidRDefault="00984062" w:rsidP="00984062">
      <w:pPr>
        <w:spacing w:after="60"/>
        <w:ind w:firstLine="340"/>
        <w:jc w:val="both"/>
        <w:rPr>
          <w:lang w:val="ru-RU"/>
        </w:rPr>
      </w:pPr>
      <w:r w:rsidRPr="00984062">
        <w:rPr>
          <w:rFonts w:cs="Times New Roman"/>
          <w:sz w:val="21"/>
          <w:szCs w:val="21"/>
          <w:lang w:val="ru-RU"/>
        </w:rPr>
        <w:t>ТОО «</w:t>
      </w:r>
      <w:proofErr w:type="spellStart"/>
      <w:r w:rsidRPr="00984062">
        <w:rPr>
          <w:rFonts w:cs="Times New Roman"/>
          <w:sz w:val="21"/>
          <w:szCs w:val="21"/>
          <w:lang w:val="ru-RU"/>
        </w:rPr>
        <w:t>Маер</w:t>
      </w:r>
      <w:proofErr w:type="spellEnd"/>
      <w:r w:rsidRPr="00984062">
        <w:rPr>
          <w:rFonts w:cs="Times New Roman"/>
          <w:sz w:val="21"/>
          <w:szCs w:val="21"/>
          <w:lang w:val="ru-RU"/>
        </w:rPr>
        <w:t xml:space="preserve"> Трейд» передало, а Обучающийся</w:t>
      </w:r>
      <w:r w:rsidRPr="00435FBB">
        <w:rPr>
          <w:rFonts w:cs="Times New Roman"/>
          <w:sz w:val="21"/>
          <w:szCs w:val="21"/>
          <w:u w:val="single"/>
          <w:lang w:val="ru-RU"/>
        </w:rPr>
        <w:t xml:space="preserve"> ____________________________________________</w:t>
      </w:r>
      <w:r w:rsidRPr="00984062">
        <w:rPr>
          <w:rFonts w:cs="Times New Roman"/>
          <w:sz w:val="21"/>
          <w:szCs w:val="21"/>
          <w:lang w:val="ru-RU"/>
        </w:rPr>
        <w:t xml:space="preserve"> принял для проживания койко-место № ______ в жилом помещении (комнате) № ______ Дома студентов «</w:t>
      </w:r>
      <w:r>
        <w:rPr>
          <w:rFonts w:cs="Times New Roman"/>
          <w:sz w:val="21"/>
          <w:szCs w:val="21"/>
        </w:rPr>
        <w:t>Dorm</w:t>
      </w:r>
      <w:r w:rsidRPr="00984062">
        <w:rPr>
          <w:rFonts w:cs="Times New Roman"/>
          <w:sz w:val="21"/>
          <w:szCs w:val="21"/>
          <w:lang w:val="ru-RU"/>
        </w:rPr>
        <w:t xml:space="preserve"> 32», расположенного по адресу: г. Алматы, ул. Ладыгина, 32, а также находящиеся в нём Материальные ценности:</w:t>
      </w:r>
    </w:p>
    <w:p w14:paraId="6EA83D77" w14:textId="77777777" w:rsidR="00984062" w:rsidRPr="00984062" w:rsidRDefault="00984062" w:rsidP="00984062">
      <w:pPr>
        <w:spacing w:after="60"/>
        <w:rPr>
          <w:lang w:val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900"/>
        <w:gridCol w:w="1700"/>
        <w:gridCol w:w="1700"/>
        <w:gridCol w:w="1700"/>
      </w:tblGrid>
      <w:tr w:rsidR="00984062" w14:paraId="45E0D627" w14:textId="77777777" w:rsidTr="00C6508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4AE795" w14:textId="77777777" w:rsidR="00984062" w:rsidRDefault="00984062" w:rsidP="00C65088">
            <w:pPr>
              <w:spacing w:before="20" w:after="20"/>
              <w:jc w:val="center"/>
            </w:pPr>
            <w:r>
              <w:rPr>
                <w:rFonts w:cs="Times New Roman"/>
                <w:b/>
                <w:bCs/>
                <w:szCs w:val="19"/>
              </w:rPr>
              <w:t>№</w:t>
            </w:r>
          </w:p>
        </w:tc>
        <w:tc>
          <w:tcPr>
            <w:tcW w:w="39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A30FD4" w14:textId="77777777" w:rsidR="00984062" w:rsidRDefault="00984062" w:rsidP="00C65088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b/>
                <w:bCs/>
                <w:szCs w:val="19"/>
              </w:rPr>
              <w:t>Наименование</w:t>
            </w:r>
            <w:proofErr w:type="spellEnd"/>
          </w:p>
        </w:tc>
        <w:tc>
          <w:tcPr>
            <w:tcW w:w="17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A3038B" w14:textId="77777777" w:rsidR="00984062" w:rsidRDefault="00984062" w:rsidP="00C65088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b/>
                <w:bCs/>
                <w:szCs w:val="19"/>
              </w:rPr>
              <w:t>Кол-во</w:t>
            </w:r>
            <w:proofErr w:type="spellEnd"/>
          </w:p>
        </w:tc>
        <w:tc>
          <w:tcPr>
            <w:tcW w:w="17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CBC8F0" w14:textId="77777777" w:rsidR="00984062" w:rsidRDefault="00984062" w:rsidP="00C65088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b/>
                <w:bCs/>
                <w:szCs w:val="19"/>
              </w:rPr>
              <w:t>Стоимость</w:t>
            </w:r>
            <w:proofErr w:type="spellEnd"/>
            <w:r>
              <w:rPr>
                <w:rFonts w:cs="Times New Roman"/>
                <w:b/>
                <w:bCs/>
                <w:szCs w:val="19"/>
              </w:rPr>
              <w:t xml:space="preserve">, </w:t>
            </w:r>
            <w:proofErr w:type="spellStart"/>
            <w:r>
              <w:rPr>
                <w:rFonts w:cs="Times New Roman"/>
                <w:b/>
                <w:bCs/>
                <w:szCs w:val="19"/>
              </w:rPr>
              <w:t>тенге</w:t>
            </w:r>
            <w:proofErr w:type="spellEnd"/>
          </w:p>
        </w:tc>
        <w:tc>
          <w:tcPr>
            <w:tcW w:w="17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E83FB6" w14:textId="77777777" w:rsidR="00984062" w:rsidRDefault="00984062" w:rsidP="00C65088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b/>
                <w:bCs/>
                <w:szCs w:val="19"/>
              </w:rPr>
              <w:t>Состояние</w:t>
            </w:r>
            <w:proofErr w:type="spellEnd"/>
            <w:r>
              <w:rPr>
                <w:rFonts w:cs="Times New Roman"/>
                <w:b/>
                <w:bCs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19"/>
              </w:rPr>
              <w:t>при</w:t>
            </w:r>
            <w:proofErr w:type="spellEnd"/>
            <w:r>
              <w:rPr>
                <w:rFonts w:cs="Times New Roman"/>
                <w:b/>
                <w:bCs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Cs w:val="19"/>
              </w:rPr>
              <w:t>передаче</w:t>
            </w:r>
            <w:proofErr w:type="spellEnd"/>
          </w:p>
        </w:tc>
      </w:tr>
      <w:tr w:rsidR="00984062" w14:paraId="00E6F545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846702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1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70AFEA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Шкаф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1964F8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436A72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100 000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573DB3" w14:textId="77777777" w:rsidR="00984062" w:rsidRDefault="00984062" w:rsidP="00C65088">
            <w:pPr>
              <w:spacing w:before="20" w:after="20"/>
            </w:pPr>
          </w:p>
        </w:tc>
      </w:tr>
      <w:tr w:rsidR="00984062" w14:paraId="5B1619B8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5BF836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2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4E0689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Стол</w:t>
            </w:r>
            <w:proofErr w:type="spellEnd"/>
            <w:r>
              <w:rPr>
                <w:rFonts w:cs="Times New Roman"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szCs w:val="19"/>
              </w:rPr>
              <w:t>письменный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5D8FAE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5E0538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32 000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FAE453" w14:textId="77777777" w:rsidR="00984062" w:rsidRDefault="00984062" w:rsidP="00C65088">
            <w:pPr>
              <w:spacing w:before="20" w:after="20"/>
            </w:pPr>
          </w:p>
        </w:tc>
      </w:tr>
      <w:tr w:rsidR="00984062" w14:paraId="0CF7F74A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E59250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3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2B0B88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Стул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666601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64091B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20 000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BE3B5C" w14:textId="77777777" w:rsidR="00984062" w:rsidRDefault="00984062" w:rsidP="00C65088">
            <w:pPr>
              <w:spacing w:before="20" w:after="20"/>
            </w:pPr>
          </w:p>
        </w:tc>
      </w:tr>
      <w:tr w:rsidR="00984062" w14:paraId="4A86E90E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D69492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4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0E71D8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Кровать</w:t>
            </w:r>
            <w:proofErr w:type="spellEnd"/>
            <w:r>
              <w:rPr>
                <w:rFonts w:cs="Times New Roman"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szCs w:val="19"/>
              </w:rPr>
              <w:t>двухъярусная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3225E9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E54F8E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120 000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29FACA" w14:textId="77777777" w:rsidR="00984062" w:rsidRDefault="00984062" w:rsidP="00C65088">
            <w:pPr>
              <w:spacing w:before="20" w:after="20"/>
            </w:pPr>
          </w:p>
        </w:tc>
      </w:tr>
      <w:tr w:rsidR="00984062" w14:paraId="6DC615F9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A7977A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5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6AF18C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Матрац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C1539D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B17A04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20 000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A2A5FA" w14:textId="77777777" w:rsidR="00984062" w:rsidRDefault="00984062" w:rsidP="00C65088">
            <w:pPr>
              <w:spacing w:before="20" w:after="20"/>
            </w:pPr>
          </w:p>
        </w:tc>
      </w:tr>
      <w:tr w:rsidR="00984062" w14:paraId="7CB4FF11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45ED76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6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B3B963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Вешалка</w:t>
            </w:r>
            <w:proofErr w:type="spellEnd"/>
            <w:r>
              <w:rPr>
                <w:rFonts w:cs="Times New Roman"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szCs w:val="19"/>
              </w:rPr>
              <w:t>для</w:t>
            </w:r>
            <w:proofErr w:type="spellEnd"/>
            <w:r>
              <w:rPr>
                <w:rFonts w:cs="Times New Roman"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szCs w:val="19"/>
              </w:rPr>
              <w:t>верхней</w:t>
            </w:r>
            <w:proofErr w:type="spellEnd"/>
            <w:r>
              <w:rPr>
                <w:rFonts w:cs="Times New Roman"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szCs w:val="19"/>
              </w:rPr>
              <w:t>одежды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DBC58F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36DA70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44 000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66CC36" w14:textId="77777777" w:rsidR="00984062" w:rsidRDefault="00984062" w:rsidP="00C65088">
            <w:pPr>
              <w:spacing w:before="20" w:after="20"/>
            </w:pPr>
          </w:p>
        </w:tc>
      </w:tr>
      <w:tr w:rsidR="00984062" w14:paraId="6BEAF9C0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AA2C02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7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6713E2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Этажерка</w:t>
            </w:r>
            <w:proofErr w:type="spellEnd"/>
            <w:r>
              <w:rPr>
                <w:rFonts w:cs="Times New Roman"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szCs w:val="19"/>
              </w:rPr>
              <w:t>металлическая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727FB2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99AB28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20 000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47C8B0" w14:textId="77777777" w:rsidR="00984062" w:rsidRDefault="00984062" w:rsidP="00C65088">
            <w:pPr>
              <w:spacing w:before="20" w:after="20"/>
            </w:pPr>
          </w:p>
        </w:tc>
      </w:tr>
      <w:tr w:rsidR="00984062" w14:paraId="54CC84B7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7C3795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8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6D1A49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Зеркало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961D1C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E7BD06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6 000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4B60C7" w14:textId="77777777" w:rsidR="00984062" w:rsidRDefault="00984062" w:rsidP="00C65088">
            <w:pPr>
              <w:spacing w:before="20" w:after="20"/>
            </w:pPr>
          </w:p>
        </w:tc>
      </w:tr>
      <w:tr w:rsidR="00984062" w14:paraId="745730BC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0C32D4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9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06BA66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Раковина</w:t>
            </w:r>
            <w:proofErr w:type="spellEnd"/>
            <w:r>
              <w:rPr>
                <w:rFonts w:cs="Times New Roman"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szCs w:val="19"/>
              </w:rPr>
              <w:t>керамическая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298431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C11AED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30 000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32D661" w14:textId="77777777" w:rsidR="00984062" w:rsidRDefault="00984062" w:rsidP="00C65088">
            <w:pPr>
              <w:spacing w:before="20" w:after="20"/>
            </w:pPr>
          </w:p>
        </w:tc>
      </w:tr>
      <w:tr w:rsidR="00984062" w14:paraId="752B3AD9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F592E8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10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11BCCE" w14:textId="77777777" w:rsidR="00984062" w:rsidRDefault="00984062" w:rsidP="00C168DE">
            <w:pPr>
              <w:spacing w:before="20" w:after="20"/>
              <w:jc w:val="center"/>
            </w:pPr>
            <w:proofErr w:type="spellStart"/>
            <w:r>
              <w:rPr>
                <w:rFonts w:cs="Times New Roman"/>
                <w:szCs w:val="19"/>
              </w:rPr>
              <w:t>Унитаз</w:t>
            </w:r>
            <w:proofErr w:type="spellEnd"/>
            <w:r>
              <w:rPr>
                <w:rFonts w:cs="Times New Roman"/>
                <w:szCs w:val="19"/>
              </w:rPr>
              <w:t xml:space="preserve"> </w:t>
            </w:r>
            <w:proofErr w:type="spellStart"/>
            <w:r>
              <w:rPr>
                <w:rFonts w:cs="Times New Roman"/>
                <w:szCs w:val="19"/>
              </w:rPr>
              <w:t>керамический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84DB3E" w14:textId="77777777" w:rsidR="00984062" w:rsidRDefault="00984062" w:rsidP="00C168DE">
            <w:pPr>
              <w:spacing w:before="20" w:after="20"/>
              <w:jc w:val="center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DB9A0A" w14:textId="77777777" w:rsidR="00984062" w:rsidRDefault="00984062" w:rsidP="00C168DE">
            <w:pPr>
              <w:spacing w:before="20" w:after="20"/>
              <w:jc w:val="center"/>
            </w:pPr>
            <w:r>
              <w:rPr>
                <w:rFonts w:cs="Times New Roman"/>
                <w:szCs w:val="19"/>
              </w:rPr>
              <w:t>60 000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B1342B" w14:textId="77777777" w:rsidR="00984062" w:rsidRDefault="00984062" w:rsidP="00C65088">
            <w:pPr>
              <w:spacing w:before="20" w:after="20"/>
            </w:pPr>
          </w:p>
        </w:tc>
      </w:tr>
      <w:tr w:rsidR="00984062" w14:paraId="057F30DC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7D7FE2" w14:textId="77777777" w:rsidR="00984062" w:rsidRPr="00262FFA" w:rsidRDefault="00984062" w:rsidP="00C168DE">
            <w:pPr>
              <w:spacing w:before="20" w:after="20"/>
              <w:jc w:val="center"/>
              <w:rPr>
                <w:szCs w:val="19"/>
              </w:rPr>
            </w:pPr>
            <w:r>
              <w:rPr>
                <w:rFonts w:cs="Times New Roman"/>
                <w:szCs w:val="19"/>
              </w:rPr>
              <w:t>11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9FCE0D" w14:textId="77777777" w:rsidR="00984062" w:rsidRPr="00262FFA" w:rsidRDefault="00984062" w:rsidP="00C168DE">
            <w:pPr>
              <w:spacing w:before="20" w:after="20"/>
              <w:jc w:val="center"/>
              <w:rPr>
                <w:szCs w:val="19"/>
              </w:rPr>
            </w:pPr>
            <w:proofErr w:type="spellStart"/>
            <w:r w:rsidRPr="00262FFA">
              <w:rPr>
                <w:szCs w:val="19"/>
              </w:rPr>
              <w:t>Ключ</w:t>
            </w:r>
            <w:proofErr w:type="spellEnd"/>
            <w:r w:rsidRPr="00262FFA">
              <w:rPr>
                <w:szCs w:val="19"/>
              </w:rPr>
              <w:t xml:space="preserve"> </w:t>
            </w:r>
            <w:proofErr w:type="spellStart"/>
            <w:r w:rsidRPr="00262FFA">
              <w:rPr>
                <w:szCs w:val="19"/>
              </w:rPr>
              <w:t>металлический</w:t>
            </w:r>
            <w:proofErr w:type="spellEnd"/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B0B777" w14:textId="77777777" w:rsidR="00984062" w:rsidRPr="00262FFA" w:rsidRDefault="00984062" w:rsidP="00C168DE">
            <w:pPr>
              <w:spacing w:before="20" w:after="20"/>
              <w:jc w:val="center"/>
              <w:rPr>
                <w:szCs w:val="19"/>
              </w:rPr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7B3BE7" w14:textId="77777777" w:rsidR="00984062" w:rsidRPr="00262FFA" w:rsidRDefault="00984062" w:rsidP="00C168DE">
            <w:pPr>
              <w:spacing w:before="20" w:after="20"/>
              <w:jc w:val="center"/>
              <w:rPr>
                <w:szCs w:val="19"/>
              </w:rPr>
            </w:pPr>
            <w:r w:rsidRPr="00262FFA">
              <w:rPr>
                <w:szCs w:val="19"/>
              </w:rPr>
              <w:t>500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B5E782" w14:textId="77777777" w:rsidR="00984062" w:rsidRPr="00262FFA" w:rsidRDefault="00984062" w:rsidP="00C65088">
            <w:pPr>
              <w:spacing w:before="20" w:after="20"/>
              <w:rPr>
                <w:szCs w:val="19"/>
              </w:rPr>
            </w:pPr>
          </w:p>
        </w:tc>
      </w:tr>
      <w:tr w:rsidR="00984062" w14:paraId="5B475AF5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821819" w14:textId="77777777" w:rsidR="00984062" w:rsidRPr="00262FFA" w:rsidRDefault="00984062" w:rsidP="00C65088">
            <w:pPr>
              <w:spacing w:before="20" w:after="20"/>
              <w:jc w:val="center"/>
              <w:rPr>
                <w:szCs w:val="19"/>
              </w:rPr>
            </w:pPr>
            <w:r>
              <w:rPr>
                <w:rFonts w:cs="Times New Roman"/>
                <w:szCs w:val="19"/>
              </w:rPr>
              <w:t>12</w:t>
            </w: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E36F6B" w14:textId="77777777" w:rsidR="00984062" w:rsidRPr="00262FFA" w:rsidRDefault="00984062" w:rsidP="00C65088">
            <w:pPr>
              <w:spacing w:before="20" w:after="20"/>
              <w:rPr>
                <w:szCs w:val="19"/>
              </w:rPr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362AEB" w14:textId="77777777" w:rsidR="00984062" w:rsidRPr="00262FFA" w:rsidRDefault="00984062" w:rsidP="00C65088">
            <w:pPr>
              <w:spacing w:before="20" w:after="20"/>
              <w:rPr>
                <w:szCs w:val="19"/>
              </w:rPr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196B6A" w14:textId="77777777" w:rsidR="00984062" w:rsidRPr="00262FFA" w:rsidRDefault="00984062" w:rsidP="00C65088">
            <w:pPr>
              <w:spacing w:before="20" w:after="20"/>
              <w:rPr>
                <w:szCs w:val="19"/>
              </w:rPr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3A8685" w14:textId="77777777" w:rsidR="00984062" w:rsidRPr="00262FFA" w:rsidRDefault="00984062" w:rsidP="00C65088">
            <w:pPr>
              <w:spacing w:before="20" w:after="20"/>
              <w:rPr>
                <w:szCs w:val="19"/>
              </w:rPr>
            </w:pPr>
          </w:p>
        </w:tc>
      </w:tr>
      <w:tr w:rsidR="00984062" w14:paraId="62299A15" w14:textId="77777777" w:rsidTr="00C65088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793D26" w14:textId="77777777" w:rsidR="00984062" w:rsidRDefault="00984062" w:rsidP="00C65088">
            <w:pPr>
              <w:spacing w:before="20" w:after="20"/>
              <w:jc w:val="center"/>
            </w:pPr>
          </w:p>
        </w:tc>
        <w:tc>
          <w:tcPr>
            <w:tcW w:w="39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2BB3F8" w14:textId="77777777" w:rsidR="00984062" w:rsidRDefault="00984062" w:rsidP="00C65088">
            <w:pPr>
              <w:spacing w:before="20" w:after="20"/>
            </w:pPr>
            <w:r>
              <w:rPr>
                <w:rFonts w:cs="Times New Roman"/>
                <w:szCs w:val="19"/>
              </w:rPr>
              <w:t>ИТОГО</w:t>
            </w: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A410C8" w14:textId="77777777" w:rsidR="00984062" w:rsidRDefault="00984062" w:rsidP="00C65088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247A69" w14:textId="77777777" w:rsidR="00984062" w:rsidRDefault="00984062" w:rsidP="00C65088">
            <w:pPr>
              <w:spacing w:before="20" w:after="20"/>
            </w:pPr>
          </w:p>
        </w:tc>
        <w:tc>
          <w:tcPr>
            <w:tcW w:w="17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78D900" w14:textId="77777777" w:rsidR="00984062" w:rsidRDefault="00984062" w:rsidP="00C65088">
            <w:pPr>
              <w:spacing w:before="20" w:after="20"/>
            </w:pPr>
          </w:p>
        </w:tc>
      </w:tr>
    </w:tbl>
    <w:p w14:paraId="71090399" w14:textId="77777777" w:rsidR="00984062" w:rsidRDefault="00984062" w:rsidP="00984062">
      <w:pPr>
        <w:spacing w:after="80"/>
      </w:pPr>
    </w:p>
    <w:p w14:paraId="01DBFAF9" w14:textId="77777777" w:rsidR="00984062" w:rsidRPr="00984062" w:rsidRDefault="00984062" w:rsidP="00984062">
      <w:pPr>
        <w:spacing w:after="60"/>
        <w:ind w:firstLine="340"/>
        <w:jc w:val="both"/>
        <w:rPr>
          <w:lang w:val="ru-RU"/>
        </w:rPr>
      </w:pPr>
      <w:r w:rsidRPr="00984062">
        <w:rPr>
          <w:rFonts w:cs="Times New Roman"/>
          <w:sz w:val="21"/>
          <w:szCs w:val="21"/>
          <w:lang w:val="ru-RU"/>
        </w:rPr>
        <w:t>1. Указанная стоимость применяется для расчёта размера причинённого вреда в порядке пункта 5.4 Договора с учётом начисленного износа.</w:t>
      </w:r>
    </w:p>
    <w:p w14:paraId="6F37D5A1" w14:textId="77777777" w:rsidR="00984062" w:rsidRPr="00984062" w:rsidRDefault="00984062" w:rsidP="00984062">
      <w:pPr>
        <w:spacing w:after="60"/>
        <w:ind w:firstLine="340"/>
        <w:jc w:val="both"/>
        <w:rPr>
          <w:lang w:val="ru-RU"/>
        </w:rPr>
      </w:pPr>
      <w:r w:rsidRPr="00984062">
        <w:rPr>
          <w:rFonts w:cs="Times New Roman"/>
          <w:sz w:val="21"/>
          <w:szCs w:val="21"/>
          <w:lang w:val="ru-RU"/>
        </w:rPr>
        <w:t>2. Материальные ценности, находящиеся в жилом помещении, передаются всем Обучающимся, проживающим в данном жилом помещении. За их сохранность Обучающиеся несут солидарную ответственность в случае, предусмотренном пунктом 5.5 Договора.</w:t>
      </w:r>
    </w:p>
    <w:p w14:paraId="4C0B8404" w14:textId="77777777" w:rsidR="00984062" w:rsidRPr="00984062" w:rsidRDefault="00984062" w:rsidP="00984062">
      <w:pPr>
        <w:spacing w:after="60"/>
        <w:ind w:firstLine="340"/>
        <w:jc w:val="both"/>
        <w:rPr>
          <w:lang w:val="ru-RU"/>
        </w:rPr>
      </w:pPr>
      <w:r w:rsidRPr="00984062">
        <w:rPr>
          <w:rFonts w:cs="Times New Roman"/>
          <w:sz w:val="21"/>
          <w:szCs w:val="21"/>
          <w:lang w:val="ru-RU"/>
        </w:rPr>
        <w:t>3. Выявленные при передаче недостатки: _____________________________________________________</w:t>
      </w:r>
    </w:p>
    <w:p w14:paraId="70D4680A" w14:textId="685D9B88" w:rsidR="00984062" w:rsidRPr="00984062" w:rsidRDefault="00984062" w:rsidP="00984062">
      <w:pPr>
        <w:spacing w:after="60"/>
        <w:ind w:firstLine="340"/>
        <w:jc w:val="both"/>
        <w:rPr>
          <w:lang w:val="ru-RU"/>
        </w:rPr>
      </w:pPr>
      <w:r w:rsidRPr="00984062">
        <w:rPr>
          <w:rFonts w:cs="Times New Roman"/>
          <w:sz w:val="21"/>
          <w:szCs w:val="21"/>
          <w:lang w:val="ru-RU"/>
        </w:rPr>
        <w:t>___________________________________________________________________________________________</w:t>
      </w:r>
    </w:p>
    <w:p w14:paraId="1FA838A1" w14:textId="77777777" w:rsidR="00984062" w:rsidRPr="00984062" w:rsidRDefault="00984062" w:rsidP="00984062">
      <w:pPr>
        <w:spacing w:after="60"/>
        <w:ind w:firstLine="340"/>
        <w:jc w:val="both"/>
        <w:rPr>
          <w:lang w:val="ru-RU"/>
        </w:rPr>
      </w:pPr>
      <w:r w:rsidRPr="00984062">
        <w:rPr>
          <w:rFonts w:cs="Times New Roman"/>
          <w:sz w:val="21"/>
          <w:szCs w:val="21"/>
          <w:lang w:val="ru-RU"/>
        </w:rPr>
        <w:t>4. Обучающемуся выдан пропуск № ______ и ключ от жилого помещения в количестве ______ шт.</w:t>
      </w:r>
    </w:p>
    <w:p w14:paraId="139128AC" w14:textId="77777777" w:rsidR="00984062" w:rsidRPr="00984062" w:rsidRDefault="00984062" w:rsidP="00984062">
      <w:pPr>
        <w:spacing w:after="60"/>
        <w:ind w:firstLine="340"/>
        <w:jc w:val="both"/>
        <w:rPr>
          <w:lang w:val="ru-RU"/>
        </w:rPr>
      </w:pPr>
      <w:r w:rsidRPr="00984062">
        <w:rPr>
          <w:rFonts w:cs="Times New Roman"/>
          <w:sz w:val="21"/>
          <w:szCs w:val="21"/>
          <w:lang w:val="ru-RU"/>
        </w:rPr>
        <w:t>5. Дата подписания настоящего Акта является датой заселения (пункт 2.3 Договора). Настоящий Акт составлен на основании Заявления о присоединении № ______ от «____» __________ 20____ г.</w:t>
      </w:r>
    </w:p>
    <w:p w14:paraId="42D1FA18" w14:textId="77777777" w:rsidR="00984062" w:rsidRPr="00984062" w:rsidRDefault="00984062" w:rsidP="00984062">
      <w:pPr>
        <w:spacing w:after="160"/>
        <w:rPr>
          <w:lang w:val="ru-RU"/>
        </w:rPr>
      </w:pPr>
    </w:p>
    <w:p w14:paraId="0C74399F" w14:textId="7C56DA4E" w:rsidR="00984062" w:rsidRPr="00984062" w:rsidRDefault="00984062" w:rsidP="00984062">
      <w:pPr>
        <w:rPr>
          <w:lang w:val="ru-RU"/>
        </w:rPr>
      </w:pPr>
      <w:r w:rsidRPr="00984062">
        <w:rPr>
          <w:rFonts w:cs="Times New Roman"/>
          <w:szCs w:val="19"/>
          <w:lang w:val="ru-RU"/>
        </w:rPr>
        <w:t>Передал: ТОО «</w:t>
      </w:r>
      <w:proofErr w:type="spellStart"/>
      <w:r w:rsidRPr="00984062">
        <w:rPr>
          <w:rFonts w:cs="Times New Roman"/>
          <w:szCs w:val="19"/>
          <w:lang w:val="ru-RU"/>
        </w:rPr>
        <w:t>Маер</w:t>
      </w:r>
      <w:proofErr w:type="spellEnd"/>
      <w:r w:rsidRPr="00984062">
        <w:rPr>
          <w:rFonts w:cs="Times New Roman"/>
          <w:szCs w:val="19"/>
          <w:lang w:val="ru-RU"/>
        </w:rPr>
        <w:t xml:space="preserve"> Трейд»                                  </w:t>
      </w:r>
      <w:r w:rsidR="003C2A11">
        <w:rPr>
          <w:rFonts w:cs="Times New Roman"/>
          <w:szCs w:val="19"/>
          <w:lang w:val="ru-RU"/>
        </w:rPr>
        <w:tab/>
      </w:r>
      <w:r w:rsidR="003C2A11">
        <w:rPr>
          <w:rFonts w:cs="Times New Roman"/>
          <w:szCs w:val="19"/>
          <w:lang w:val="ru-RU"/>
        </w:rPr>
        <w:tab/>
      </w:r>
      <w:r w:rsidR="003C2A11">
        <w:rPr>
          <w:rFonts w:cs="Times New Roman"/>
          <w:szCs w:val="19"/>
          <w:lang w:val="ru-RU"/>
        </w:rPr>
        <w:tab/>
      </w:r>
      <w:r w:rsidR="003C2A11">
        <w:rPr>
          <w:rFonts w:cs="Times New Roman"/>
          <w:szCs w:val="19"/>
          <w:lang w:val="ru-RU"/>
        </w:rPr>
        <w:tab/>
      </w:r>
      <w:r w:rsidRPr="00984062">
        <w:rPr>
          <w:rFonts w:cs="Times New Roman"/>
          <w:szCs w:val="19"/>
          <w:lang w:val="ru-RU"/>
        </w:rPr>
        <w:t xml:space="preserve">  Принял: Обучающийся</w:t>
      </w:r>
    </w:p>
    <w:p w14:paraId="61D34680" w14:textId="77777777" w:rsidR="00984062" w:rsidRPr="00984062" w:rsidRDefault="00984062" w:rsidP="00984062">
      <w:pPr>
        <w:spacing w:after="60"/>
        <w:rPr>
          <w:lang w:val="ru-RU"/>
        </w:rPr>
      </w:pPr>
    </w:p>
    <w:p w14:paraId="0144901E" w14:textId="7C74B6B9" w:rsidR="00984062" w:rsidRPr="00984062" w:rsidRDefault="00984062" w:rsidP="00984062">
      <w:pPr>
        <w:rPr>
          <w:lang w:val="ru-RU"/>
        </w:rPr>
      </w:pPr>
      <w:r w:rsidRPr="00984062">
        <w:rPr>
          <w:rFonts w:cs="Times New Roman"/>
          <w:szCs w:val="19"/>
          <w:lang w:val="ru-RU"/>
        </w:rPr>
        <w:t xml:space="preserve">_________________ / _________________            </w:t>
      </w:r>
      <w:r w:rsidR="003C2A11">
        <w:rPr>
          <w:rFonts w:cs="Times New Roman"/>
          <w:szCs w:val="19"/>
          <w:lang w:val="ru-RU"/>
        </w:rPr>
        <w:tab/>
      </w:r>
      <w:r w:rsidR="003C2A11">
        <w:rPr>
          <w:rFonts w:cs="Times New Roman"/>
          <w:szCs w:val="19"/>
          <w:lang w:val="ru-RU"/>
        </w:rPr>
        <w:tab/>
      </w:r>
      <w:r w:rsidR="003C2A11">
        <w:rPr>
          <w:rFonts w:cs="Times New Roman"/>
          <w:szCs w:val="19"/>
          <w:lang w:val="ru-RU"/>
        </w:rPr>
        <w:tab/>
      </w:r>
      <w:r w:rsidRPr="00984062">
        <w:rPr>
          <w:rFonts w:cs="Times New Roman"/>
          <w:szCs w:val="19"/>
          <w:lang w:val="ru-RU"/>
        </w:rPr>
        <w:t>_________________ / _________________</w:t>
      </w:r>
    </w:p>
    <w:p w14:paraId="3E598CCA" w14:textId="0F7356B7" w:rsidR="00984062" w:rsidRPr="00984062" w:rsidRDefault="00984062" w:rsidP="00984062">
      <w:pPr>
        <w:rPr>
          <w:lang w:val="ru-RU"/>
        </w:rPr>
      </w:pPr>
      <w:r w:rsidRPr="00984062">
        <w:rPr>
          <w:rFonts w:cs="Times New Roman"/>
          <w:szCs w:val="19"/>
          <w:lang w:val="ru-RU"/>
        </w:rPr>
        <w:t xml:space="preserve">        (подпись)                    (расшифровка)                        </w:t>
      </w:r>
      <w:r w:rsidR="003C2A11">
        <w:rPr>
          <w:rFonts w:cs="Times New Roman"/>
          <w:szCs w:val="19"/>
          <w:lang w:val="ru-RU"/>
        </w:rPr>
        <w:tab/>
      </w:r>
      <w:r w:rsidR="003C2A11">
        <w:rPr>
          <w:rFonts w:cs="Times New Roman"/>
          <w:szCs w:val="19"/>
          <w:lang w:val="ru-RU"/>
        </w:rPr>
        <w:tab/>
      </w:r>
      <w:r w:rsidR="003C2A11">
        <w:rPr>
          <w:rFonts w:cs="Times New Roman"/>
          <w:szCs w:val="19"/>
          <w:lang w:val="ru-RU"/>
        </w:rPr>
        <w:tab/>
      </w:r>
      <w:r w:rsidRPr="00984062">
        <w:rPr>
          <w:rFonts w:cs="Times New Roman"/>
          <w:szCs w:val="19"/>
          <w:lang w:val="ru-RU"/>
        </w:rPr>
        <w:t>(подпись)                    (расшифровка)</w:t>
      </w:r>
    </w:p>
    <w:p w14:paraId="0C7AFC93" w14:textId="77777777" w:rsidR="00984062" w:rsidRPr="00984062" w:rsidRDefault="00984062" w:rsidP="00984062">
      <w:pPr>
        <w:spacing w:after="120"/>
        <w:rPr>
          <w:lang w:val="ru-RU"/>
        </w:rPr>
      </w:pPr>
    </w:p>
    <w:p w14:paraId="65385483" w14:textId="77777777" w:rsidR="00984062" w:rsidRPr="00984062" w:rsidRDefault="00984062" w:rsidP="00984062">
      <w:pPr>
        <w:rPr>
          <w:lang w:val="ru-RU"/>
        </w:rPr>
      </w:pPr>
      <w:r w:rsidRPr="00984062">
        <w:rPr>
          <w:rFonts w:cs="Times New Roman"/>
          <w:szCs w:val="19"/>
          <w:lang w:val="ru-RU"/>
        </w:rPr>
        <w:t>Отметка о переселении (пункт 2.6 Договора): новое койко-место № ______, комната № ______,</w:t>
      </w:r>
    </w:p>
    <w:p w14:paraId="3D0F1FE0" w14:textId="77777777" w:rsidR="00984062" w:rsidRDefault="00984062" w:rsidP="00984062">
      <w:proofErr w:type="spellStart"/>
      <w:r>
        <w:rPr>
          <w:rFonts w:cs="Times New Roman"/>
          <w:szCs w:val="19"/>
        </w:rPr>
        <w:t>дата</w:t>
      </w:r>
      <w:proofErr w:type="spellEnd"/>
      <w:r>
        <w:rPr>
          <w:rFonts w:cs="Times New Roman"/>
          <w:szCs w:val="19"/>
        </w:rPr>
        <w:t xml:space="preserve"> «____» ____________ 20____ г.    </w:t>
      </w:r>
      <w:proofErr w:type="spellStart"/>
      <w:r>
        <w:rPr>
          <w:rFonts w:cs="Times New Roman"/>
          <w:szCs w:val="19"/>
        </w:rPr>
        <w:t>Подписи</w:t>
      </w:r>
      <w:proofErr w:type="spellEnd"/>
      <w:r>
        <w:rPr>
          <w:rFonts w:cs="Times New Roman"/>
          <w:szCs w:val="19"/>
        </w:rPr>
        <w:t>: _____________ / _____________</w:t>
      </w:r>
    </w:p>
    <w:p w14:paraId="10F52747" w14:textId="77777777" w:rsidR="00855CD7" w:rsidRPr="000C2868" w:rsidRDefault="00855CD7" w:rsidP="002936A7">
      <w:pPr>
        <w:rPr>
          <w:sz w:val="21"/>
          <w:szCs w:val="21"/>
          <w:lang w:val="ru-RU"/>
        </w:rPr>
      </w:pPr>
    </w:p>
    <w:sectPr w:rsidR="00855CD7" w:rsidRPr="000C2868" w:rsidSect="00034616">
      <w:pgSz w:w="11906" w:h="16838"/>
      <w:pgMar w:top="624" w:right="79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156065">
    <w:abstractNumId w:val="8"/>
  </w:num>
  <w:num w:numId="2" w16cid:durableId="2092391226">
    <w:abstractNumId w:val="6"/>
  </w:num>
  <w:num w:numId="3" w16cid:durableId="633024862">
    <w:abstractNumId w:val="5"/>
  </w:num>
  <w:num w:numId="4" w16cid:durableId="785083529">
    <w:abstractNumId w:val="4"/>
  </w:num>
  <w:num w:numId="5" w16cid:durableId="723911948">
    <w:abstractNumId w:val="7"/>
  </w:num>
  <w:num w:numId="6" w16cid:durableId="43675649">
    <w:abstractNumId w:val="3"/>
  </w:num>
  <w:num w:numId="7" w16cid:durableId="1052191996">
    <w:abstractNumId w:val="2"/>
  </w:num>
  <w:num w:numId="8" w16cid:durableId="1090389056">
    <w:abstractNumId w:val="1"/>
  </w:num>
  <w:num w:numId="9" w16cid:durableId="144102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28B"/>
    <w:rsid w:val="0006063C"/>
    <w:rsid w:val="000C2868"/>
    <w:rsid w:val="0011449D"/>
    <w:rsid w:val="0015074B"/>
    <w:rsid w:val="00152B53"/>
    <w:rsid w:val="001A0E8E"/>
    <w:rsid w:val="001D0D77"/>
    <w:rsid w:val="002936A7"/>
    <w:rsid w:val="0029639D"/>
    <w:rsid w:val="00326F90"/>
    <w:rsid w:val="003C1011"/>
    <w:rsid w:val="003C2A11"/>
    <w:rsid w:val="00435FBB"/>
    <w:rsid w:val="00593A97"/>
    <w:rsid w:val="005D0984"/>
    <w:rsid w:val="00735815"/>
    <w:rsid w:val="00855CD7"/>
    <w:rsid w:val="008E248A"/>
    <w:rsid w:val="00984062"/>
    <w:rsid w:val="00AA1D8D"/>
    <w:rsid w:val="00AC0BD6"/>
    <w:rsid w:val="00B47730"/>
    <w:rsid w:val="00C12A90"/>
    <w:rsid w:val="00C168DE"/>
    <w:rsid w:val="00C26168"/>
    <w:rsid w:val="00CB0664"/>
    <w:rsid w:val="00E462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1472280-26D5-48F2-B487-E80CCE65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eastAsia="Times New Roman" w:hAnsi="Times New Roman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902</Words>
  <Characters>5755</Characters>
  <Application>Microsoft Office Word</Application>
  <DocSecurity>0</DocSecurity>
  <Lines>230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Mazhit Myrzakhmet</cp:lastModifiedBy>
  <cp:revision>19</cp:revision>
  <dcterms:created xsi:type="dcterms:W3CDTF">2013-12-23T23:15:00Z</dcterms:created>
  <dcterms:modified xsi:type="dcterms:W3CDTF">2026-08-21T12:32:00Z</dcterms:modified>
  <cp:category/>
</cp:coreProperties>
</file>